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11154" w14:textId="77777777" w:rsidR="008E642B" w:rsidRDefault="00000000">
      <w:pPr>
        <w:bidi/>
        <w:spacing w:after="0" w:line="240" w:lineRule="auto"/>
        <w:jc w:val="center"/>
      </w:pPr>
      <w:r>
        <w:rPr>
          <w:b/>
          <w:sz w:val="34"/>
        </w:rPr>
        <w:t>الخطة الفصلية لمادة لغتنا الجميلة</w:t>
      </w:r>
    </w:p>
    <w:p w14:paraId="0552714D" w14:textId="77777777" w:rsidR="008E642B" w:rsidRDefault="00000000">
      <w:pPr>
        <w:bidi/>
        <w:spacing w:after="0" w:line="240" w:lineRule="auto"/>
        <w:jc w:val="center"/>
      </w:pPr>
      <w:r>
        <w:rPr>
          <w:b/>
          <w:sz w:val="26"/>
        </w:rPr>
        <w:t>الفصل الدراسي الأول - الصف الرابع - العام الدراسي 2026/2027</w:t>
      </w:r>
    </w:p>
    <w:tbl>
      <w:tblPr>
        <w:bidiVisual/>
        <w:tblW w:w="0" w:type="auto"/>
        <w:jc w:val="center"/>
        <w:tblBorders>
          <w:top w:val="single" w:sz="5" w:space="0" w:color="AAB7C4"/>
          <w:left w:val="single" w:sz="5" w:space="0" w:color="AAB7C4"/>
          <w:bottom w:val="single" w:sz="5" w:space="0" w:color="AAB7C4"/>
          <w:right w:val="single" w:sz="5" w:space="0" w:color="AAB7C4"/>
          <w:insideH w:val="single" w:sz="5" w:space="0" w:color="AAB7C4"/>
          <w:insideV w:val="single" w:sz="5" w:space="0" w:color="AAB7C4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5045"/>
        <w:gridCol w:w="1700"/>
        <w:gridCol w:w="4251"/>
      </w:tblGrid>
      <w:tr w:rsidR="008E642B" w14:paraId="3A5EC944" w14:textId="77777777">
        <w:trPr>
          <w:jc w:val="center"/>
        </w:trPr>
        <w:tc>
          <w:tcPr>
            <w:tcW w:w="1474" w:type="dxa"/>
            <w:shd w:val="clear" w:color="auto" w:fill="EAF2F8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6D149C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rtl/>
              </w:rPr>
              <w:t>المدرسة</w:t>
            </w:r>
          </w:p>
        </w:tc>
        <w:tc>
          <w:tcPr>
            <w:tcW w:w="5045" w:type="dxa"/>
            <w:shd w:val="clear" w:color="auto" w:fill="FFFFFF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608109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rtl/>
              </w:rPr>
              <w:t>مدرسة بنات أم التوت الثانوية</w:t>
            </w:r>
          </w:p>
        </w:tc>
        <w:tc>
          <w:tcPr>
            <w:tcW w:w="1700" w:type="dxa"/>
            <w:shd w:val="clear" w:color="auto" w:fill="EAF2F8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E722F2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rtl/>
              </w:rPr>
              <w:t>معلمة المبحث</w:t>
            </w:r>
          </w:p>
        </w:tc>
        <w:tc>
          <w:tcPr>
            <w:tcW w:w="4251" w:type="dxa"/>
            <w:shd w:val="clear" w:color="auto" w:fill="FFFFFF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D87B605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rtl/>
              </w:rPr>
              <w:t>ندى أبو مويس</w:t>
            </w:r>
          </w:p>
        </w:tc>
      </w:tr>
    </w:tbl>
    <w:p w14:paraId="615BFB4F" w14:textId="77777777" w:rsidR="008E642B" w:rsidRDefault="008E642B">
      <w:pPr>
        <w:spacing w:after="40"/>
      </w:pPr>
    </w:p>
    <w:tbl>
      <w:tblPr>
        <w:bidiVisual/>
        <w:tblW w:w="0" w:type="auto"/>
        <w:jc w:val="center"/>
        <w:tblBorders>
          <w:top w:val="single" w:sz="6" w:space="0" w:color="7F8C8D"/>
          <w:left w:val="single" w:sz="6" w:space="0" w:color="7F8C8D"/>
          <w:bottom w:val="single" w:sz="6" w:space="0" w:color="7F8C8D"/>
          <w:right w:val="single" w:sz="6" w:space="0" w:color="7F8C8D"/>
          <w:insideH w:val="single" w:sz="6" w:space="0" w:color="7F8C8D"/>
          <w:insideV w:val="single" w:sz="6" w:space="0" w:color="7F8C8D"/>
        </w:tblBorders>
        <w:tblLayout w:type="fixed"/>
        <w:tblLook w:val="04A0" w:firstRow="1" w:lastRow="0" w:firstColumn="1" w:lastColumn="0" w:noHBand="0" w:noVBand="1"/>
      </w:tblPr>
      <w:tblGrid>
        <w:gridCol w:w="2267"/>
        <w:gridCol w:w="2948"/>
        <w:gridCol w:w="907"/>
        <w:gridCol w:w="1757"/>
        <w:gridCol w:w="5272"/>
        <w:gridCol w:w="2665"/>
      </w:tblGrid>
      <w:tr w:rsidR="008E642B" w14:paraId="20B36FDF" w14:textId="77777777">
        <w:trPr>
          <w:cantSplit/>
          <w:tblHeader/>
          <w:jc w:val="center"/>
        </w:trPr>
        <w:tc>
          <w:tcPr>
            <w:tcW w:w="2267" w:type="dxa"/>
            <w:shd w:val="clear" w:color="auto" w:fill="C8DDF0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0C4FC17" w14:textId="77777777" w:rsidR="008E642B" w:rsidRDefault="00000000" w:rsidP="006E3B02">
            <w:pPr>
              <w:bidi/>
              <w:spacing w:after="0" w:line="240" w:lineRule="auto"/>
              <w:jc w:val="center"/>
            </w:pPr>
            <w:r>
              <w:rPr>
                <w:b/>
                <w:sz w:val="19"/>
                <w:rtl/>
              </w:rPr>
              <w:t>الدرس</w:t>
            </w:r>
          </w:p>
        </w:tc>
        <w:tc>
          <w:tcPr>
            <w:tcW w:w="2948" w:type="dxa"/>
            <w:shd w:val="clear" w:color="auto" w:fill="C8DDF0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007B188" w14:textId="77777777" w:rsidR="008E642B" w:rsidRDefault="00000000" w:rsidP="006E3B02">
            <w:pPr>
              <w:bidi/>
              <w:spacing w:after="0" w:line="240" w:lineRule="auto"/>
              <w:jc w:val="center"/>
            </w:pPr>
            <w:r>
              <w:rPr>
                <w:b/>
                <w:sz w:val="19"/>
                <w:rtl/>
              </w:rPr>
              <w:t>موضوع الدرس</w:t>
            </w:r>
          </w:p>
        </w:tc>
        <w:tc>
          <w:tcPr>
            <w:tcW w:w="907" w:type="dxa"/>
            <w:shd w:val="clear" w:color="auto" w:fill="C8DDF0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2328A92" w14:textId="77777777" w:rsidR="008E642B" w:rsidRDefault="00000000" w:rsidP="006E3B02">
            <w:pPr>
              <w:bidi/>
              <w:spacing w:after="0" w:line="240" w:lineRule="auto"/>
              <w:jc w:val="center"/>
            </w:pPr>
            <w:r>
              <w:rPr>
                <w:b/>
                <w:sz w:val="19"/>
                <w:rtl/>
              </w:rPr>
              <w:t>عدد الحصص</w:t>
            </w:r>
          </w:p>
        </w:tc>
        <w:tc>
          <w:tcPr>
            <w:tcW w:w="1757" w:type="dxa"/>
            <w:shd w:val="clear" w:color="auto" w:fill="C8DDF0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7FAC68C" w14:textId="77777777" w:rsidR="008E642B" w:rsidRDefault="00000000" w:rsidP="006E3B02">
            <w:pPr>
              <w:bidi/>
              <w:spacing w:after="0" w:line="240" w:lineRule="auto"/>
              <w:jc w:val="center"/>
            </w:pPr>
            <w:r>
              <w:rPr>
                <w:b/>
                <w:sz w:val="19"/>
                <w:rtl/>
              </w:rPr>
              <w:t>الفترة الزمنية</w:t>
            </w:r>
          </w:p>
        </w:tc>
        <w:tc>
          <w:tcPr>
            <w:tcW w:w="5272" w:type="dxa"/>
            <w:shd w:val="clear" w:color="auto" w:fill="C8DDF0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A9FDBF4" w14:textId="77777777" w:rsidR="008E642B" w:rsidRDefault="00000000" w:rsidP="006E3B02">
            <w:pPr>
              <w:bidi/>
              <w:spacing w:after="0" w:line="240" w:lineRule="auto"/>
              <w:jc w:val="center"/>
            </w:pPr>
            <w:r>
              <w:rPr>
                <w:b/>
                <w:sz w:val="19"/>
                <w:rtl/>
              </w:rPr>
              <w:t>الوسائل والمصادر المقترحة</w:t>
            </w:r>
          </w:p>
        </w:tc>
        <w:tc>
          <w:tcPr>
            <w:tcW w:w="2154" w:type="dxa"/>
            <w:shd w:val="clear" w:color="auto" w:fill="C8DDF0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1C5EA20" w14:textId="77777777" w:rsidR="008E642B" w:rsidRDefault="00000000" w:rsidP="006E3B02">
            <w:pPr>
              <w:bidi/>
              <w:spacing w:after="0" w:line="240" w:lineRule="auto"/>
              <w:jc w:val="center"/>
            </w:pPr>
            <w:r>
              <w:rPr>
                <w:b/>
                <w:sz w:val="19"/>
                <w:rtl/>
              </w:rPr>
              <w:t>ملاحظات</w:t>
            </w:r>
          </w:p>
        </w:tc>
      </w:tr>
      <w:tr w:rsidR="008E642B" w14:paraId="6D256063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ED771D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فترة التهيئة والمراجعة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A38107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تمكين ومراجعة مهارات الفاقد التعليمي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3DB7AC4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4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601A87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38A9A3D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2026/9/6</w:t>
            </w:r>
          </w:p>
          <w:p w14:paraId="5EFF669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07108A6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2026/9/10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099499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باستخدام استراتيجية التعلم التعاوني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3A8C8A0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44EB6955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DEFB3FE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7FD9053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الأول :الفضل لمعلمتي</w:t>
            </w:r>
          </w:p>
          <w:p w14:paraId="43A9148C" w14:textId="77777777" w:rsidR="008E642B" w:rsidRDefault="008E642B">
            <w:pPr>
              <w:bidi/>
              <w:spacing w:after="0" w:line="240" w:lineRule="auto"/>
              <w:jc w:val="center"/>
            </w:pP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886207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5C994F3F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00821D0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1AA1243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32F5FC3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21D9807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30232DF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0A62F4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1271C71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31EFE0B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A8C0BF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49B3F3D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179F967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05D2980" w14:textId="77777777" w:rsidR="008E642B" w:rsidRDefault="008E642B">
            <w:pPr>
              <w:bidi/>
              <w:spacing w:after="0" w:line="240" w:lineRule="auto"/>
              <w:jc w:val="center"/>
            </w:pP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10E098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428FC3A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2026/9/13</w:t>
            </w:r>
          </w:p>
          <w:p w14:paraId="2051A83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77AF624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2026/9/17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E5A3A4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 مقطع فيديو عن المعلم  أو عن المواهب ، جهاز العرض</w:t>
            </w:r>
          </w:p>
          <w:p w14:paraId="067977DB" w14:textId="77777777" w:rsidR="008E642B" w:rsidRDefault="008E642B" w:rsidP="006E3B02">
            <w:pPr>
              <w:bidi/>
              <w:spacing w:after="0" w:line="240" w:lineRule="auto"/>
            </w:pP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CF7AE6C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1508CDDF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634C4B6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016B440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الثاني :السمكة و الحرية</w:t>
            </w:r>
          </w:p>
          <w:p w14:paraId="0B1C6B3A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5C4A3E87" w14:textId="77777777" w:rsidR="008E642B" w:rsidRDefault="008E642B">
            <w:pPr>
              <w:bidi/>
              <w:spacing w:after="0" w:line="240" w:lineRule="auto"/>
              <w:jc w:val="center"/>
            </w:pP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74D97B3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66C1774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270ADDE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66EFB65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1533162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63E4A06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54EA033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089CAC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1358C9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6E6025B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7993F70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C77E89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F237D44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F897650" w14:textId="77777777" w:rsidR="008E642B" w:rsidRDefault="008E642B">
            <w:pPr>
              <w:bidi/>
              <w:spacing w:after="0" w:line="240" w:lineRule="auto"/>
              <w:jc w:val="center"/>
            </w:pP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78CC86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3EF0320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2026/9/20</w:t>
            </w:r>
          </w:p>
          <w:p w14:paraId="1FBC8CB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1F6E1AB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2026/9/27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E03FC6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 , صور لأسماك الدرس, مقطع فيديو عن السمك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9F7DDE7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02403246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DCEAD85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4CE3820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الثالث : يا رمز العطاء والصمود</w:t>
            </w: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F0162DF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033AF4A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المحادثة والقراءة</w:t>
            </w:r>
          </w:p>
          <w:p w14:paraId="07C89D3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3644D63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 الإمــلاء</w:t>
            </w:r>
          </w:p>
          <w:p w14:paraId="09DB27D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794E15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59585D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343C94F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132CD93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A9535D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93F81C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4626EC1" w14:textId="77777777" w:rsidR="008E642B" w:rsidRDefault="008E642B">
            <w:pPr>
              <w:bidi/>
              <w:spacing w:after="0" w:line="240" w:lineRule="auto"/>
              <w:jc w:val="center"/>
            </w:pP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F3FDC8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3FFCB90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2026/9/27</w:t>
            </w:r>
          </w:p>
          <w:p w14:paraId="5D5431E4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020ACF9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2026/10/4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3C9E26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كرتونية، غصن زيتون و صور عن الزيتون، مقطع فيديو له علاقة بالدرس</w:t>
            </w:r>
          </w:p>
          <w:p w14:paraId="22FFD634" w14:textId="77777777" w:rsidR="008E642B" w:rsidRDefault="008E642B" w:rsidP="006E3B02">
            <w:pPr>
              <w:bidi/>
              <w:spacing w:after="0" w:line="240" w:lineRule="auto"/>
            </w:pP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BC93D44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6CDCE87E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3D54F5D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59529BD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الرابع : زهرة الحنون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13298F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الاستماع</w:t>
            </w:r>
          </w:p>
          <w:p w14:paraId="1D225B13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4A0CB59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التدريبات</w:t>
            </w:r>
          </w:p>
          <w:p w14:paraId="649FBCA5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5F14EEC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4118B37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6BA9A30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5E0830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7110BAC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29DA467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5CD81D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7FA192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40A49C8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616B8D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0BD23D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6314908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2026/10/4</w:t>
            </w:r>
          </w:p>
          <w:p w14:paraId="26F93EF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42F1853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2026/10/12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6904FA5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 صور الدرس ، مقطع فيديو عن أزهار فلسطين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94C3D6B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6F848881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1D0139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الخامس : جولة في أسواق القدس</w:t>
            </w: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68BB42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488B66E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26F890B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28D5085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0FAE94A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3788AAD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110F0FD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9DE754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6451E8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14B0C15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BF5E51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362B64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7CF8164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47BF3D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245782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2E1F919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2026/10/12</w:t>
            </w:r>
          </w:p>
          <w:p w14:paraId="0C2024E5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4834280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2026/10/19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3F06F4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الطباشير, بطاقات ، دفاتر الطلبة ، لوحة كرتونية، فيديو عن القدس ،أغنية عن القدس ، مسجل كاسيت</w:t>
            </w: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9E9F5BA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5D3EAF5D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A75B5F2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20D1F32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السادس : دمية حسنة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169409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2DE071A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1675948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37CFA5A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3412003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319FC31B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590CBD5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8C7DCD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66EF23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694F6CA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708AE8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131CDCD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55115D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2BFF555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9338D0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09B5320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2026/10/20</w:t>
            </w:r>
          </w:p>
          <w:p w14:paraId="074C5DF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17BE253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2026/10/27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4A5E62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 ، مقطع فيديو عن النكبة، خريطة الوطن العربي ، دمية من القماش ، فيديو عن المخيمات  مسجل</w:t>
            </w:r>
          </w:p>
          <w:p w14:paraId="1B7B2ABB" w14:textId="77777777" w:rsidR="008E642B" w:rsidRDefault="008E642B" w:rsidP="006E3B02">
            <w:pPr>
              <w:bidi/>
              <w:spacing w:after="0" w:line="240" w:lineRule="auto"/>
            </w:pP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F230333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002EFA9E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8DA7BF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السابع : إرادتي سر نجاحي</w:t>
            </w: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0D1C1B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0A024CC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1548FF7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2C7E011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78FBB02B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6AA252A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049979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24AAF7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163B2AA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76DFECC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78BA3A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13110B6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FEFB6A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7A3DFF2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2026/10/27</w:t>
            </w:r>
          </w:p>
          <w:p w14:paraId="37724BA4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36CCAFB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2026/11/3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57DD0D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سرد قصص لنماذج ناجحة تجاوزت معيقات الحياة</w:t>
            </w: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6C21F14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2B697075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551234B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34C3A7F3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510EE3E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الثامن : الإطفائي الشجاع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348F6F8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613765D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254A58C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303C66D8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184227D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3CFE2B0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7DC4BA6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F2FD09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863171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3C79912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1EC2E0D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539214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BBE73F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473960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14F9FE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46B52E9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2026/11/3</w:t>
            </w:r>
          </w:p>
          <w:p w14:paraId="2FC9250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529D828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2026/11/10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FA4ABAF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صور حيوانات ،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B5B5F71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7EAF4D1E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70BFC78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71E1316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التاسع : قطرة ماء تروي قصتها</w:t>
            </w: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73123E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633ADC2F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641DE8A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6A73A9A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724175F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5456707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324B3C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211EED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0504E9F4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88FF76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61413D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B4AD8D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16E9B0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4B3F633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2026/11/11</w:t>
            </w:r>
          </w:p>
          <w:p w14:paraId="59CD395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311DF06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2026/11/18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49CC741" w14:textId="77777777" w:rsidR="008E642B" w:rsidRDefault="008E642B" w:rsidP="006E3B02">
            <w:pPr>
              <w:bidi/>
              <w:spacing w:after="0" w:line="240" w:lineRule="auto"/>
            </w:pPr>
          </w:p>
          <w:p w14:paraId="6D950405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 , صور لمصادر المياه ، مقطع فيديو عن الدرس أغنية جاء اليوم و ذهب الأمس " فيديو "</w:t>
            </w: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8C813E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15/11 عطلة بمناسبة يوم الاستقلال</w:t>
            </w:r>
          </w:p>
        </w:tc>
      </w:tr>
      <w:tr w:rsidR="008E642B" w14:paraId="120A0687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62E627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العاشر: الجندب والنملة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C8394A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3EEA40A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3BBE2D4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09DC50B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641063D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63D37BF5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347571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2E42B0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26545F9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DE359A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5F4226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1D9B4F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800743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4477784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2026/11/18</w:t>
            </w:r>
          </w:p>
          <w:p w14:paraId="364E70B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7A481C4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2026/11/25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B711E1E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 , صور الدرس ،   لوحة جيوب, مقطع فيديو يصور قصة الدرس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D9D2E66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1D8C6137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5A92C1B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660DD116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3B1B2B8F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الحادي عشر : رسائل بلا ساع</w:t>
            </w: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C62DC6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17AD170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665964A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0E78015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2CD90F53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1E2DA205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</w:t>
            </w:r>
          </w:p>
          <w:p w14:paraId="57AD5C8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0C28DA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2C1939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4746EF3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7545DD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4AA0A57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FF7E3E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3EFC8F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0FCE18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5065BEC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2026/11/25</w:t>
            </w:r>
          </w:p>
          <w:p w14:paraId="6A55C3D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77471B9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2026/12/2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DFA8628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كرتونية صور الدرس ، زيارة مختبر الحاسوب ، نموذج رسائل ورقية</w:t>
            </w: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EF9BB20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0CE9A6B8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D7A435D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46770C1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الثاني عشر : وطني أغلى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017CF3B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0C75F47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2430072B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618FCE3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64E70CC3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0EE18D8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 الكتابي</w:t>
            </w:r>
          </w:p>
          <w:p w14:paraId="7E002599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نغنـي ونحفـظ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6AF547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F47689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218528A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C754B7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ADBC715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C71175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99A477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EB483A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6E2BC5A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2026/12/3</w:t>
            </w:r>
          </w:p>
          <w:p w14:paraId="204AA12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6A1587B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2026/12/10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704984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 المدرسي ، السبورة ، الطباشير ، بطاقات ، دفاتر الطلبة ، لوحة , مسجل, كاسيت، خريطة فلسطين ....الخ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652ADFD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635F6A70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AAD9238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6FCF6314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0218F679" w14:textId="77777777" w:rsidR="008E642B" w:rsidRDefault="008E642B">
            <w:pPr>
              <w:bidi/>
              <w:spacing w:after="0" w:line="240" w:lineRule="auto"/>
              <w:jc w:val="center"/>
            </w:pPr>
          </w:p>
          <w:p w14:paraId="12B42B5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الثالث عشر : أحلام اليقظة</w:t>
            </w:r>
          </w:p>
          <w:p w14:paraId="24EF88F8" w14:textId="77777777" w:rsidR="008E642B" w:rsidRDefault="008E642B">
            <w:pPr>
              <w:bidi/>
              <w:spacing w:after="0" w:line="240" w:lineRule="auto"/>
              <w:jc w:val="center"/>
            </w:pP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4664CD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339E972B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661A15E6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11C70B2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1C0273B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251CEF18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 الكتابي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20D427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31BC75E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2604C7A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06B7715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5C4235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08BA73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89B3CE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267B514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2026/12/13</w:t>
            </w:r>
          </w:p>
          <w:p w14:paraId="63EA5DA5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31177402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2026/12/20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BCA4E3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السبورة، الطباشير، بطاقات، لوحة جيوب، الكتاب المدرسي، صور لحيوانات الدرس ، عسل</w:t>
            </w: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B284803" w14:textId="77777777" w:rsidR="008E642B" w:rsidRDefault="008E642B" w:rsidP="006E3B02">
            <w:pPr>
              <w:bidi/>
              <w:spacing w:after="0" w:line="240" w:lineRule="auto"/>
            </w:pPr>
          </w:p>
        </w:tc>
      </w:tr>
      <w:tr w:rsidR="008E642B" w14:paraId="0C3450F1" w14:textId="77777777">
        <w:trPr>
          <w:cantSplit/>
          <w:jc w:val="center"/>
        </w:trPr>
        <w:tc>
          <w:tcPr>
            <w:tcW w:w="226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E83323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الرابع عشر : النفع طبعي</w:t>
            </w:r>
          </w:p>
        </w:tc>
        <w:tc>
          <w:tcPr>
            <w:tcW w:w="2948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A2B290C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14D297D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6E18BF57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4671667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0773BE0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7E4D656F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 الكتابي</w:t>
            </w:r>
          </w:p>
        </w:tc>
        <w:tc>
          <w:tcPr>
            <w:tcW w:w="90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A39463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2468AD0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67480C47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520BDAE8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BD9E254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0CC878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1775BA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7B03A57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2026/12/21</w:t>
            </w:r>
          </w:p>
          <w:p w14:paraId="55F01FA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77FBE81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2026/12/27</w:t>
            </w:r>
          </w:p>
        </w:tc>
        <w:tc>
          <w:tcPr>
            <w:tcW w:w="5272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604B08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السبورة, الطباشير, بطاقات, لوحة جيوب, الكتاب المدرسي, لوحة كرتونية مقطع فيديو عن مساعدة الآخرين ، حكم و أقوال شعبية ، مصباح ، صور</w:t>
            </w:r>
          </w:p>
        </w:tc>
        <w:tc>
          <w:tcPr>
            <w:tcW w:w="2154" w:type="dx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CF5C932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25/12 عطلة بمناسبة عيد الميلاد الغربي.</w:t>
            </w:r>
          </w:p>
        </w:tc>
      </w:tr>
      <w:tr w:rsidR="008E642B" w14:paraId="266CFA3C" w14:textId="77777777">
        <w:trPr>
          <w:cantSplit/>
          <w:jc w:val="center"/>
        </w:trPr>
        <w:tc>
          <w:tcPr>
            <w:tcW w:w="226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E11F5DB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b/>
                <w:sz w:val="18"/>
                <w:rtl/>
              </w:rPr>
              <w:t>الخامس عشر: ما أجمل السماء!</w:t>
            </w:r>
          </w:p>
        </w:tc>
        <w:tc>
          <w:tcPr>
            <w:tcW w:w="2948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211B744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الاسـتمـاع</w:t>
            </w:r>
          </w:p>
          <w:p w14:paraId="1CB063F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المحـادثـة والقـراءة</w:t>
            </w:r>
          </w:p>
          <w:p w14:paraId="35F8311B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التـدريبـات</w:t>
            </w:r>
          </w:p>
          <w:p w14:paraId="0D80B6FF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الكتابة (النسخ والخط)</w:t>
            </w:r>
          </w:p>
          <w:p w14:paraId="1DF9147A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الإمــلاء</w:t>
            </w:r>
          </w:p>
          <w:p w14:paraId="77935CD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التعبيـــر الكتابي</w:t>
            </w:r>
          </w:p>
        </w:tc>
        <w:tc>
          <w:tcPr>
            <w:tcW w:w="90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B5E949A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2677BDC6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3</w:t>
            </w:r>
          </w:p>
          <w:p w14:paraId="5AB82913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660C9711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0C0C46D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  <w:p w14:paraId="4E073E09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1</w:t>
            </w:r>
          </w:p>
        </w:tc>
        <w:tc>
          <w:tcPr>
            <w:tcW w:w="1757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06E3D07D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من</w:t>
            </w:r>
          </w:p>
          <w:p w14:paraId="6CC2107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2026/12/28</w:t>
            </w:r>
          </w:p>
          <w:p w14:paraId="6BFF9DBE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حتى</w:t>
            </w:r>
          </w:p>
          <w:p w14:paraId="4853787C" w14:textId="77777777" w:rsidR="008E642B" w:rsidRDefault="00000000">
            <w:pPr>
              <w:bidi/>
              <w:spacing w:after="0" w:line="240" w:lineRule="auto"/>
              <w:jc w:val="center"/>
            </w:pPr>
            <w:r>
              <w:rPr>
                <w:sz w:val="18"/>
                <w:rtl/>
              </w:rPr>
              <w:t>2027/1/4</w:t>
            </w:r>
          </w:p>
        </w:tc>
        <w:tc>
          <w:tcPr>
            <w:tcW w:w="5272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45420DA1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السبورة، الطباشير، بطاقات، لوحة جيوب، الكتاب المدرسي ، لوحة كرتونية، مقطع فيديو عن السماء ، صور عن النجوم</w:t>
            </w:r>
          </w:p>
        </w:tc>
        <w:tc>
          <w:tcPr>
            <w:tcW w:w="2154" w:type="dxa"/>
            <w:shd w:val="clear" w:color="auto" w:fill="F7FAFC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211B880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1/1   + 7/ 1</w:t>
            </w:r>
          </w:p>
          <w:p w14:paraId="4CDFC643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عطلة بمناسبة رأس السنة الميلادية</w:t>
            </w:r>
          </w:p>
          <w:p w14:paraId="3FC5E848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sz w:val="18"/>
                <w:rtl/>
              </w:rPr>
              <w:t>وعيد الميلاد الشرقي.</w:t>
            </w:r>
          </w:p>
        </w:tc>
      </w:tr>
      <w:tr w:rsidR="008E642B" w14:paraId="5218B250" w14:textId="77777777">
        <w:trPr>
          <w:cantSplit/>
          <w:jc w:val="center"/>
        </w:trPr>
        <w:tc>
          <w:tcPr>
            <w:tcW w:w="15816" w:type="dxa"/>
            <w:gridSpan w:val="6"/>
            <w:shd w:val="clear" w:color="auto" w:fill="E8EEF3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DC88EBD" w14:textId="77777777" w:rsidR="008E642B" w:rsidRDefault="00000000" w:rsidP="006E3B02">
            <w:pPr>
              <w:bidi/>
              <w:spacing w:after="0" w:line="240" w:lineRule="auto"/>
            </w:pPr>
            <w:r>
              <w:rPr>
                <w:b/>
                <w:rtl/>
              </w:rPr>
              <w:t>مراجعة شاملة حتى نهاية الفصل 2027/1/12</w:t>
            </w:r>
          </w:p>
        </w:tc>
      </w:tr>
    </w:tbl>
    <w:p w14:paraId="187D961C" w14:textId="77777777" w:rsidR="004906B8" w:rsidRDefault="004906B8"/>
    <w:sectPr w:rsidR="004906B8" w:rsidSect="0003461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595" w:right="510" w:bottom="425" w:left="510" w:header="198" w:footer="1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F6468" w14:textId="77777777" w:rsidR="00E276AA" w:rsidRDefault="00E276AA">
      <w:pPr>
        <w:spacing w:after="0" w:line="240" w:lineRule="auto"/>
      </w:pPr>
      <w:r>
        <w:separator/>
      </w:r>
    </w:p>
  </w:endnote>
  <w:endnote w:type="continuationSeparator" w:id="0">
    <w:p w14:paraId="6CCF9677" w14:textId="77777777" w:rsidR="00E276AA" w:rsidRDefault="00E27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Naskh Arabi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36F48" w14:textId="77777777" w:rsidR="008E642B" w:rsidRDefault="00000000">
    <w:pPr>
      <w:pStyle w:val="Footer"/>
      <w:bidi/>
      <w:jc w:val="center"/>
    </w:pPr>
    <w:r>
      <w:rPr>
        <w:sz w:val="18"/>
      </w:rPr>
      <w:t xml:space="preserve">مدرسة بنات أم التوت الثانوية  |  معلمة المبحث: ندى أبو مويس  |  صفحة </w:t>
    </w:r>
    <w:r>
      <w:fldChar w:fldCharType="begin"/>
    </w:r>
    <w:r>
      <w:instrText>PAGE</w:instrText>
    </w:r>
    <w:r>
      <w:fldChar w:fldCharType="separate"/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88C4B" w14:textId="77777777" w:rsidR="008E642B" w:rsidRDefault="00000000">
    <w:pPr>
      <w:pStyle w:val="Footer"/>
      <w:bidi/>
      <w:jc w:val="center"/>
    </w:pPr>
    <w:r>
      <w:rPr>
        <w:sz w:val="18"/>
      </w:rPr>
      <w:t xml:space="preserve">مدرسة بنات أم التوت الثانوية  |  معلمة المبحث: ندى أبو مويس  |  صفحة </w:t>
    </w:r>
    <w:r>
      <w:fldChar w:fldCharType="begin"/>
    </w:r>
    <w:r>
      <w:instrText>PAGE</w:instrText>
    </w:r>
    <w:r>
      <w:fldChar w:fldCharType="separate"/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DFFE3" w14:textId="77777777" w:rsidR="00E276AA" w:rsidRDefault="00E276AA">
      <w:pPr>
        <w:spacing w:after="0" w:line="240" w:lineRule="auto"/>
      </w:pPr>
      <w:r>
        <w:separator/>
      </w:r>
    </w:p>
  </w:footnote>
  <w:footnote w:type="continuationSeparator" w:id="0">
    <w:p w14:paraId="7AAFE7CC" w14:textId="77777777" w:rsidR="00E276AA" w:rsidRDefault="00E27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51A7" w14:textId="77777777" w:rsidR="008E642B" w:rsidRDefault="00000000">
    <w:pPr>
      <w:pStyle w:val="Header"/>
      <w:bidi/>
      <w:jc w:val="center"/>
    </w:pPr>
    <w:r>
      <w:rPr>
        <w:b/>
        <w:sz w:val="22"/>
      </w:rPr>
      <w:t>الخطة الفصلية لمادة لغتنا الجميلة - الفصل الدراسي الأول - الصف الرابع - 2026/2027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70E42" w14:textId="77777777" w:rsidR="008E642B" w:rsidRDefault="008E64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5480651">
    <w:abstractNumId w:val="8"/>
  </w:num>
  <w:num w:numId="2" w16cid:durableId="554900036">
    <w:abstractNumId w:val="6"/>
  </w:num>
  <w:num w:numId="3" w16cid:durableId="676855976">
    <w:abstractNumId w:val="5"/>
  </w:num>
  <w:num w:numId="4" w16cid:durableId="1550915240">
    <w:abstractNumId w:val="4"/>
  </w:num>
  <w:num w:numId="5" w16cid:durableId="465196522">
    <w:abstractNumId w:val="7"/>
  </w:num>
  <w:num w:numId="6" w16cid:durableId="129324203">
    <w:abstractNumId w:val="3"/>
  </w:num>
  <w:num w:numId="7" w16cid:durableId="1291592606">
    <w:abstractNumId w:val="2"/>
  </w:num>
  <w:num w:numId="8" w16cid:durableId="1670717399">
    <w:abstractNumId w:val="1"/>
  </w:num>
  <w:num w:numId="9" w16cid:durableId="1125661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906B8"/>
    <w:rsid w:val="005739DD"/>
    <w:rsid w:val="006A5DDB"/>
    <w:rsid w:val="006E3B02"/>
    <w:rsid w:val="00734AAD"/>
    <w:rsid w:val="008E642B"/>
    <w:rsid w:val="00AA1D8D"/>
    <w:rsid w:val="00B47730"/>
    <w:rsid w:val="00CB0664"/>
    <w:rsid w:val="00E276AA"/>
    <w:rsid w:val="00FC693F"/>
    <w:rsid w:val="00FD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FE6BEFB"/>
  <w14:defaultImageDpi w14:val="300"/>
  <w15:docId w15:val="{4439D87F-864E-4A48-AED5-2F3A0CB2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Noto Naskh Arabic" w:eastAsia="Noto Naskh Arabic" w:hAnsi="Noto Naskh Arabic" w:cs="Noto Naskh Arabic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keywords/>
  <cp:lastModifiedBy>Home</cp:lastModifiedBy>
  <cp:revision>2</cp:revision>
  <dcterms:created xsi:type="dcterms:W3CDTF">2026-09-21T06:53:00Z</dcterms:created>
  <dcterms:modified xsi:type="dcterms:W3CDTF">2026-09-21T06:53:00Z</dcterms:modified>
  <cp:category/>
</cp:coreProperties>
</file>